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color w:val="787878"/>
          <w:sz w:val="16"/>
        </w:rPr>
        <w:t>[Firmenname / Inhaber] · [Straße Nr.] · [PLZ Ort]</w:t>
      </w:r>
    </w:p>
    <w:p>
      <w:pPr>
        <w:spacing w:after="200"/>
      </w:pPr>
      <w:r>
        <w:rPr>
          <w:b w:val="0"/>
        </w:rPr>
        <w:t>[Kundenname]</w:t>
        <w:br/>
        <w:t>[Straße Nr.]</w:t>
        <w:br/>
        <w:t>[PLZ Ort]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Angebotsnummer: A-2026-001</w:t>
              <w:br/>
              <w:t>Datum: 12.10.2026</w:t>
              <w:br/>
              <w:t>Gültig bis: 11.11.2026</w:t>
            </w:r>
          </w:p>
        </w:tc>
        <w:tc>
          <w:tcPr>
            <w:tcW w:type="dxa" w:w="4873"/>
          </w:tcPr>
          <w:p>
            <w:r>
              <w:t>Telefon: [Telefon]</w:t>
              <w:br/>
              <w:t>E-Mail: [E-Mail]</w:t>
              <w:br/>
              <w:t>Steuernr./USt-IdNr.: [Nummer]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120"/>
      </w:pPr>
      <w:r>
        <w:rPr>
          <w:b/>
          <w:sz w:val="30"/>
        </w:rPr>
        <w:t>Angebot: Fliesenarbeiten Bad (Beispiel)</w:t>
      </w:r>
    </w:p>
    <w:p>
      <w:pPr>
        <w:spacing w:after="160"/>
      </w:pPr>
      <w:r>
        <w:rPr>
          <w:b w:val="0"/>
        </w:rPr>
        <w:t>Sehr geehrte Damen und Herren,</w:t>
        <w:br/>
        <w:br/>
        <w:t>vielen Dank für Ihre Anfrage und das Gespräch vor Ort am [Datum]. Gern unterbreite ich Ihnen folgendes Angebot für die genannten Leistungen: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t>Pos.</w:t>
            </w:r>
          </w:p>
        </w:tc>
        <w:tc>
          <w:tcPr>
            <w:tcW w:type="dxa" w:w="1624"/>
          </w:tcPr>
          <w:p>
            <w:r>
              <w:t>Beschreibung</w:t>
            </w:r>
          </w:p>
        </w:tc>
        <w:tc>
          <w:tcPr>
            <w:tcW w:type="dxa" w:w="1624"/>
          </w:tcPr>
          <w:p>
            <w:r>
              <w:t>Menge</w:t>
            </w:r>
          </w:p>
        </w:tc>
        <w:tc>
          <w:tcPr>
            <w:tcW w:type="dxa" w:w="1624"/>
          </w:tcPr>
          <w:p>
            <w:r>
              <w:t>Einheit</w:t>
            </w:r>
          </w:p>
        </w:tc>
        <w:tc>
          <w:tcPr>
            <w:tcW w:type="dxa" w:w="1624"/>
          </w:tcPr>
          <w:p>
            <w:r>
              <w:t>Einzelpreis netto</w:t>
            </w:r>
          </w:p>
        </w:tc>
        <w:tc>
          <w:tcPr>
            <w:tcW w:type="dxa" w:w="1624"/>
          </w:tcPr>
          <w:p>
            <w:r>
              <w:t>Gesamt netto</w:t>
            </w:r>
          </w:p>
        </w:tc>
      </w:tr>
      <w:tr>
        <w:tc>
          <w:tcPr>
            <w:tcW w:type="dxa" w:w="1624"/>
          </w:tcPr>
          <w:p>
            <w:r>
              <w:t>1</w:t>
            </w:r>
          </w:p>
        </w:tc>
        <w:tc>
          <w:tcPr>
            <w:tcW w:type="dxa" w:w="1624"/>
          </w:tcPr>
          <w:p>
            <w:r>
              <w:t>Arbeitszeit Geselle (Fliesenarbeiten Bad)</w:t>
            </w:r>
          </w:p>
        </w:tc>
        <w:tc>
          <w:tcPr>
            <w:tcW w:type="dxa" w:w="1624"/>
          </w:tcPr>
          <w:p>
            <w:r>
              <w:t>24</w:t>
            </w:r>
          </w:p>
        </w:tc>
        <w:tc>
          <w:tcPr>
            <w:tcW w:type="dxa" w:w="1624"/>
          </w:tcPr>
          <w:p>
            <w:r>
              <w:t>Std.</w:t>
            </w:r>
          </w:p>
        </w:tc>
        <w:tc>
          <w:tcPr>
            <w:tcW w:type="dxa" w:w="1624"/>
          </w:tcPr>
          <w:p>
            <w:r>
              <w:t>69,30 €</w:t>
            </w:r>
          </w:p>
        </w:tc>
        <w:tc>
          <w:tcPr>
            <w:tcW w:type="dxa" w:w="1624"/>
          </w:tcPr>
          <w:p>
            <w:r>
              <w:t>1.663,20 €</w:t>
            </w:r>
          </w:p>
        </w:tc>
      </w:tr>
      <w:tr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Wandfliesen inkl. Verschnitt (Material)</w:t>
            </w:r>
          </w:p>
        </w:tc>
        <w:tc>
          <w:tcPr>
            <w:tcW w:type="dxa" w:w="1624"/>
          </w:tcPr>
          <w:p>
            <w:r>
              <w:t>15</w:t>
            </w:r>
          </w:p>
        </w:tc>
        <w:tc>
          <w:tcPr>
            <w:tcW w:type="dxa" w:w="1624"/>
          </w:tcPr>
          <w:p>
            <w:r>
              <w:t>m²</w:t>
            </w:r>
          </w:p>
        </w:tc>
        <w:tc>
          <w:tcPr>
            <w:tcW w:type="dxa" w:w="1624"/>
          </w:tcPr>
          <w:p>
            <w:r>
              <w:t>38,00 €</w:t>
            </w:r>
          </w:p>
        </w:tc>
        <w:tc>
          <w:tcPr>
            <w:tcW w:type="dxa" w:w="1624"/>
          </w:tcPr>
          <w:p>
            <w:r>
              <w:t>570,00 €</w:t>
            </w:r>
          </w:p>
        </w:tc>
      </w:tr>
      <w:tr>
        <w:tc>
          <w:tcPr>
            <w:tcW w:type="dxa" w:w="1624"/>
          </w:tcPr>
          <w:p>
            <w:r>
              <w:t>3</w:t>
            </w:r>
          </w:p>
        </w:tc>
        <w:tc>
          <w:tcPr>
            <w:tcW w:type="dxa" w:w="1624"/>
          </w:tcPr>
          <w:p>
            <w:r>
              <w:t>Fliesenkleber, Fugenmasse, Kleinmaterial</w:t>
            </w:r>
          </w:p>
        </w:tc>
        <w:tc>
          <w:tcPr>
            <w:tcW w:type="dxa" w:w="1624"/>
          </w:tcPr>
          <w:p>
            <w:r>
              <w:t>1</w:t>
            </w:r>
          </w:p>
        </w:tc>
        <w:tc>
          <w:tcPr>
            <w:tcW w:type="dxa" w:w="1624"/>
          </w:tcPr>
          <w:p>
            <w:r>
              <w:t>pausch.</w:t>
            </w:r>
          </w:p>
        </w:tc>
        <w:tc>
          <w:tcPr>
            <w:tcW w:type="dxa" w:w="1624"/>
          </w:tcPr>
          <w:p>
            <w:r>
              <w:t>85,00 €</w:t>
            </w:r>
          </w:p>
        </w:tc>
        <w:tc>
          <w:tcPr>
            <w:tcW w:type="dxa" w:w="1624"/>
          </w:tcPr>
          <w:p>
            <w:r>
              <w:t>85,00 €</w:t>
            </w:r>
          </w:p>
        </w:tc>
      </w:tr>
      <w:tr>
        <w:tc>
          <w:tcPr>
            <w:tcW w:type="dxa" w:w="1624"/>
          </w:tcPr>
          <w:p>
            <w:r>
              <w:t>4</w:t>
            </w:r>
          </w:p>
        </w:tc>
        <w:tc>
          <w:tcPr>
            <w:tcW w:type="dxa" w:w="1624"/>
          </w:tcPr>
          <w:p>
            <w:r>
              <w:t>Anfahrt (60 km à 0,70 €)</w:t>
            </w:r>
          </w:p>
        </w:tc>
        <w:tc>
          <w:tcPr>
            <w:tcW w:type="dxa" w:w="1624"/>
          </w:tcPr>
          <w:p>
            <w:r>
              <w:t>60</w:t>
            </w:r>
          </w:p>
        </w:tc>
        <w:tc>
          <w:tcPr>
            <w:tcW w:type="dxa" w:w="1624"/>
          </w:tcPr>
          <w:p>
            <w:r>
              <w:t>km</w:t>
            </w:r>
          </w:p>
        </w:tc>
        <w:tc>
          <w:tcPr>
            <w:tcW w:type="dxa" w:w="1624"/>
          </w:tcPr>
          <w:p>
            <w:r>
              <w:t>0,70 €</w:t>
            </w:r>
          </w:p>
        </w:tc>
        <w:tc>
          <w:tcPr>
            <w:tcW w:type="dxa" w:w="1624"/>
          </w:tcPr>
          <w:p>
            <w:r>
              <w:t>42,00 €</w:t>
            </w:r>
          </w:p>
        </w:tc>
      </w:tr>
    </w:tbl>
    <w:p>
      <w:pPr>
        <w:spacing w:after="40"/>
      </w:pPr>
      <w:r>
        <w:rPr>
          <w:b w:val="0"/>
        </w:rPr>
      </w:r>
    </w:p>
    <w:p>
      <w:pPr>
        <w:spacing w:after="40"/>
        <w:jc w:val="right"/>
      </w:pPr>
      <w:r>
        <w:rPr>
          <w:b w:val="0"/>
        </w:rPr>
        <w:t>Summe netto:  2.360,20 €</w:t>
      </w:r>
    </w:p>
    <w:p>
      <w:pPr>
        <w:spacing w:after="40"/>
        <w:jc w:val="right"/>
      </w:pPr>
      <w:r>
        <w:rPr>
          <w:b w:val="0"/>
        </w:rPr>
        <w:t>zzgl. 19 % MwSt.:  448,44 €</w:t>
      </w:r>
    </w:p>
    <w:p>
      <w:pPr>
        <w:spacing w:after="40"/>
        <w:jc w:val="right"/>
      </w:pPr>
      <w:r>
        <w:rPr>
          <w:b/>
        </w:rPr>
        <w:t>Gesamtsumme brutto:  2.808,64 €</w:t>
      </w:r>
    </w:p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160"/>
      </w:pPr>
      <w:r>
        <w:rPr>
          <w:b w:val="0"/>
        </w:rPr>
        <w:t>Zahlungsbedingungen: 14 Tage netto nach Rechnungserhalt ohne Abzug.</w:t>
        <w:br/>
        <w:t>Ausführungszeitraum: [z. B. KW 45–46 nach Auftragserteilung].</w:t>
        <w:br/>
        <w:t>Dieses Angebot ist 30 Tage ab Datum gültig.</w:t>
        <w:br/>
        <w:t>[Optional, Kleinunternehmer: Gemäß § 19 UStG wird keine Umsatzsteuer berechnet.]</w:t>
      </w:r>
    </w:p>
    <w:p>
      <w:pPr>
        <w:spacing w:after="160"/>
      </w:pPr>
      <w:r>
        <w:rPr>
          <w:b w:val="0"/>
        </w:rPr>
        <w:t>Für Rückfragen stehe ich Ihnen gern zur Verfügung. Ich freue mich auf Ihren Auftrag.</w:t>
      </w:r>
    </w:p>
    <w:p>
      <w:pPr>
        <w:spacing w:after="80"/>
      </w:pPr>
      <w:r>
        <w:rPr>
          <w:b w:val="0"/>
        </w:rPr>
        <w:t>Mit freundlichen Grüßen</w:t>
        <w:br/>
        <w:br/>
        <w:t>[Name]</w:t>
      </w:r>
    </w:p>
    <w:p>
      <w:pPr>
        <w:spacing w:after="80"/>
      </w:pPr>
      <w:r>
        <w:rPr>
          <w:b w:val="0"/>
          <w:color w:val="787878"/>
          <w:sz w:val="16"/>
        </w:rPr>
        <w:br/>
        <w:t>Diese Vorlage von handwerker-rechner.de ist eine Orientierung und keine Rechts- oder Steuerberatung. Beispielwerte bitte durch eigene Angaben ersetzen.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